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Board Meeting Minutes Template (South Africa)</w:t>
      </w:r>
    </w:p>
    <w:p>
      <w:r>
        <w:t>Organization Name:</w:t>
        <w:br/>
        <w:t>Meeting Type:</w:t>
        <w:br/>
        <w:t>Date:</w:t>
        <w:br/>
        <w:t>Time:</w:t>
        <w:br/>
        <w:t>Location / Online Platform:</w:t>
        <w:br/>
        <w:t>Chairperson:</w:t>
        <w:br/>
        <w:t>Minute-Taker:</w:t>
        <w:br/>
        <w:t>Present:</w:t>
        <w:br/>
        <w:t>Apologies:</w:t>
        <w:br/>
      </w:r>
    </w:p>
    <w:p>
      <w:r>
        <w:t>Agenda Items:</w:t>
        <w:br/>
        <w:t>1. Welcome and Quorum Check</w:t>
        <w:br/>
        <w:t>2. Approval of Previous Minutes</w:t>
        <w:br/>
        <w:t>3. Matters Arising</w:t>
        <w:br/>
        <w:t>4. Reports Presented</w:t>
        <w:br/>
        <w:t>5. Key Resolutions</w:t>
        <w:br/>
        <w:t>6. New Business</w:t>
        <w:br/>
        <w:t>7. Next Meeting Date</w:t>
        <w:br/>
        <w:t>8. Closure</w:t>
      </w:r>
    </w:p>
    <w:p>
      <w:r>
        <w:br/>
        <w:t>Chairperson Signature: ____________________</w:t>
        <w:br/>
        <w:t>Date Signed: ____________________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